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7366" w14:textId="50D6E90C" w:rsidR="00E1280D" w:rsidRPr="00E1280D" w:rsidRDefault="00E1280D" w:rsidP="00E1280D">
      <w:pPr>
        <w:pStyle w:val="Heading1"/>
        <w:rPr>
          <w:rFonts w:cstheme="majorHAnsi"/>
          <w:sz w:val="32"/>
          <w:szCs w:val="32"/>
        </w:rPr>
      </w:pPr>
      <w:r w:rsidRPr="00E1280D">
        <w:rPr>
          <w:rFonts w:cstheme="majorHAnsi"/>
          <w:sz w:val="32"/>
          <w:szCs w:val="32"/>
        </w:rPr>
        <w:t>Parent/Carer Questionnaire – Understanding School Avoidance</w:t>
      </w:r>
    </w:p>
    <w:p w14:paraId="6BF6E578" w14:textId="77777777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To be completed independently by a parent or carer to help identify reasons behind school avoidance.</w:t>
      </w:r>
    </w:p>
    <w:p w14:paraId="58CE3543" w14:textId="1FD22FB4" w:rsid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Child’s Name: ___________</w:t>
      </w:r>
      <w:r>
        <w:rPr>
          <w:rFonts w:asciiTheme="majorHAnsi" w:hAnsiTheme="majorHAnsi" w:cstheme="majorHAnsi"/>
          <w:sz w:val="24"/>
          <w:szCs w:val="24"/>
        </w:rPr>
        <w:t>_______</w:t>
      </w:r>
      <w:r w:rsidRPr="00E1280D">
        <w:rPr>
          <w:rFonts w:asciiTheme="majorHAnsi" w:hAnsiTheme="majorHAnsi" w:cstheme="majorHAnsi"/>
          <w:sz w:val="24"/>
          <w:szCs w:val="24"/>
        </w:rPr>
        <w:t xml:space="preserve">__        </w:t>
      </w:r>
      <w:r>
        <w:rPr>
          <w:rFonts w:asciiTheme="majorHAnsi" w:hAnsiTheme="majorHAnsi" w:cstheme="majorHAnsi"/>
          <w:sz w:val="24"/>
          <w:szCs w:val="24"/>
        </w:rPr>
        <w:tab/>
      </w:r>
      <w:r w:rsidRPr="00E1280D">
        <w:rPr>
          <w:rFonts w:asciiTheme="majorHAnsi" w:hAnsiTheme="majorHAnsi" w:cstheme="majorHAnsi"/>
          <w:sz w:val="24"/>
          <w:szCs w:val="24"/>
        </w:rPr>
        <w:t>Parent/Carer Name: _____</w:t>
      </w:r>
      <w:r>
        <w:rPr>
          <w:rFonts w:asciiTheme="majorHAnsi" w:hAnsiTheme="majorHAnsi" w:cstheme="majorHAnsi"/>
          <w:sz w:val="24"/>
          <w:szCs w:val="24"/>
        </w:rPr>
        <w:t>_____________</w:t>
      </w:r>
      <w:r w:rsidRPr="00E1280D">
        <w:rPr>
          <w:rFonts w:asciiTheme="majorHAnsi" w:hAnsiTheme="majorHAnsi" w:cstheme="majorHAnsi"/>
          <w:sz w:val="24"/>
          <w:szCs w:val="24"/>
        </w:rPr>
        <w:t xml:space="preserve">___       </w:t>
      </w:r>
    </w:p>
    <w:p w14:paraId="79CE2F7E" w14:textId="7C353228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Date: ___________________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 xml:space="preserve">Year </w:t>
      </w:r>
      <w:proofErr w:type="gramStart"/>
      <w:r>
        <w:rPr>
          <w:rFonts w:asciiTheme="majorHAnsi" w:hAnsiTheme="majorHAnsi" w:cstheme="majorHAnsi"/>
          <w:sz w:val="24"/>
          <w:szCs w:val="24"/>
        </w:rPr>
        <w:t>group:_</w:t>
      </w:r>
      <w:proofErr w:type="gramEnd"/>
      <w:r>
        <w:rPr>
          <w:rFonts w:asciiTheme="majorHAnsi" w:hAnsiTheme="majorHAnsi" w:cstheme="majorHAnsi"/>
          <w:sz w:val="24"/>
          <w:szCs w:val="24"/>
        </w:rPr>
        <w:t>__________</w:t>
      </w:r>
      <w:r w:rsidRPr="00E1280D">
        <w:rPr>
          <w:rFonts w:asciiTheme="majorHAnsi" w:hAnsiTheme="majorHAnsi" w:cstheme="majorHAnsi"/>
          <w:sz w:val="24"/>
          <w:szCs w:val="24"/>
        </w:rPr>
        <w:br/>
      </w:r>
    </w:p>
    <w:p w14:paraId="7600DB33" w14:textId="3AC80A21" w:rsidR="00E1280D" w:rsidRPr="00E1280D" w:rsidRDefault="00E1280D" w:rsidP="00E1280D">
      <w:pPr>
        <w:pStyle w:val="ListNumber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On a typical school day, how does your child behave in the morning?</w:t>
      </w:r>
    </w:p>
    <w:p w14:paraId="19E6190F" w14:textId="61C40959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anxious, tearful, refuses to get dressed, says they feel ill, avoids talking about school</w:t>
      </w:r>
      <w:r w:rsidRPr="00E1280D">
        <w:rPr>
          <w:rFonts w:asciiTheme="majorHAnsi" w:hAnsiTheme="majorHAnsi" w:cstheme="majorHAnsi"/>
          <w:sz w:val="24"/>
          <w:szCs w:val="24"/>
        </w:rPr>
        <w:br/>
        <w:t>________________________________________________________________</w:t>
      </w:r>
    </w:p>
    <w:p w14:paraId="13380B20" w14:textId="77777777" w:rsidR="000F4482" w:rsidRPr="00E1280D" w:rsidRDefault="000F4482" w:rsidP="000F448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7C8EF41E" w14:textId="77777777" w:rsidR="000F4482" w:rsidRDefault="000F4482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2B5C0CB9" w14:textId="17E9B9F0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2. Can you identify specific times, days, or situations that seem harder for your child?</w:t>
      </w:r>
    </w:p>
    <w:p w14:paraId="130029E1" w14:textId="77777777" w:rsidR="000174C2" w:rsidRPr="00E1280D" w:rsidRDefault="00E1280D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Monday mornings, after holidays, PE lessons, unstructured times like break/lunch</w:t>
      </w:r>
      <w:r w:rsidRPr="00E1280D">
        <w:rPr>
          <w:rFonts w:asciiTheme="majorHAnsi" w:hAnsiTheme="majorHAnsi" w:cstheme="majorHAnsi"/>
          <w:sz w:val="24"/>
          <w:szCs w:val="24"/>
        </w:rPr>
        <w:br/>
      </w:r>
      <w:r w:rsidR="000174C2"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0560D87F" w14:textId="23AE25F8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6F5E37F5" w14:textId="77777777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3. Are there particular aspects of school your child seems worried about or avoids?</w:t>
      </w:r>
    </w:p>
    <w:p w14:paraId="1D3F1A2A" w14:textId="77777777" w:rsidR="000174C2" w:rsidRPr="00E1280D" w:rsidRDefault="00E1280D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social situations, bullying, crowded spaces, certain subjects, speaking in class</w:t>
      </w:r>
      <w:r w:rsidRPr="00E1280D">
        <w:rPr>
          <w:rFonts w:asciiTheme="majorHAnsi" w:hAnsiTheme="majorHAnsi" w:cstheme="majorHAnsi"/>
          <w:sz w:val="24"/>
          <w:szCs w:val="24"/>
        </w:rPr>
        <w:br/>
      </w:r>
      <w:r w:rsidR="000174C2"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0C959836" w14:textId="6109D7BF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</w:t>
      </w:r>
    </w:p>
    <w:p w14:paraId="61FCF9CD" w14:textId="77777777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4. Are there any non-</w:t>
      </w:r>
      <w:proofErr w:type="gramStart"/>
      <w:r w:rsidRPr="00E1280D">
        <w:rPr>
          <w:rFonts w:asciiTheme="majorHAnsi" w:hAnsiTheme="majorHAnsi" w:cstheme="majorHAnsi"/>
          <w:sz w:val="24"/>
          <w:szCs w:val="24"/>
        </w:rPr>
        <w:t>school related</w:t>
      </w:r>
      <w:proofErr w:type="gramEnd"/>
      <w:r w:rsidRPr="00E1280D">
        <w:rPr>
          <w:rFonts w:asciiTheme="majorHAnsi" w:hAnsiTheme="majorHAnsi" w:cstheme="majorHAnsi"/>
          <w:sz w:val="24"/>
          <w:szCs w:val="24"/>
        </w:rPr>
        <w:t xml:space="preserve"> factors that may be affecting attendance?</w:t>
      </w:r>
    </w:p>
    <w:p w14:paraId="1A5326BC" w14:textId="77777777" w:rsidR="000174C2" w:rsidRPr="00E1280D" w:rsidRDefault="00E1280D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sleep issues, family stress, mental health, previous trauma</w:t>
      </w:r>
      <w:r w:rsidRPr="00E1280D">
        <w:rPr>
          <w:rFonts w:asciiTheme="majorHAnsi" w:hAnsiTheme="majorHAnsi" w:cstheme="majorHAnsi"/>
          <w:sz w:val="24"/>
          <w:szCs w:val="24"/>
        </w:rPr>
        <w:br/>
      </w:r>
      <w:r w:rsidR="000174C2"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4108116D" w14:textId="694D339D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45A2738A" w14:textId="77777777" w:rsidR="00F836AB" w:rsidRDefault="00F836AB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57118CD2" w14:textId="77777777" w:rsidR="00F836AB" w:rsidRDefault="00F836AB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547D2E05" w14:textId="77777777" w:rsidR="00F836AB" w:rsidRDefault="00F836AB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08E31C7F" w14:textId="77777777" w:rsidR="00F836AB" w:rsidRDefault="00F836AB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</w:p>
    <w:p w14:paraId="6D916846" w14:textId="615B5BF1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lastRenderedPageBreak/>
        <w:t>5. What does your child enjoy doing outside of school? Do these interests impact attendance?</w:t>
      </w:r>
    </w:p>
    <w:p w14:paraId="1674A7D7" w14:textId="77777777" w:rsidR="000174C2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gaming, creative hobbies, staying at home – do they feel safer or more in control at home?</w:t>
      </w:r>
      <w:r w:rsidRPr="00E1280D">
        <w:rPr>
          <w:rFonts w:asciiTheme="majorHAnsi" w:hAnsiTheme="majorHAnsi" w:cstheme="majorHAnsi"/>
          <w:sz w:val="24"/>
          <w:szCs w:val="24"/>
        </w:rPr>
        <w:br/>
      </w:r>
    </w:p>
    <w:p w14:paraId="1457A917" w14:textId="77777777" w:rsidR="000174C2" w:rsidRPr="00E1280D" w:rsidRDefault="000174C2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7E5A31EC" w14:textId="579F545F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653A2B89" w14:textId="77777777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6. What motivates or encourages your child to go into school when they do attend?</w:t>
      </w:r>
    </w:p>
    <w:p w14:paraId="73BC147C" w14:textId="77777777" w:rsidR="000174C2" w:rsidRPr="00E1280D" w:rsidRDefault="00E1280D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 xml:space="preserve">E.g., friends, </w:t>
      </w:r>
      <w:proofErr w:type="spellStart"/>
      <w:r w:rsidRPr="00E1280D">
        <w:rPr>
          <w:rFonts w:asciiTheme="majorHAnsi" w:hAnsiTheme="majorHAnsi" w:cstheme="majorHAnsi"/>
          <w:sz w:val="24"/>
          <w:szCs w:val="24"/>
        </w:rPr>
        <w:t>favourite</w:t>
      </w:r>
      <w:proofErr w:type="spellEnd"/>
      <w:r w:rsidRPr="00E1280D">
        <w:rPr>
          <w:rFonts w:asciiTheme="majorHAnsi" w:hAnsiTheme="majorHAnsi" w:cstheme="majorHAnsi"/>
          <w:sz w:val="24"/>
          <w:szCs w:val="24"/>
        </w:rPr>
        <w:t xml:space="preserve"> subject, reward system, supportive adult, routine</w:t>
      </w:r>
      <w:r w:rsidRPr="00E1280D">
        <w:rPr>
          <w:rFonts w:asciiTheme="majorHAnsi" w:hAnsiTheme="majorHAnsi" w:cstheme="majorHAnsi"/>
          <w:sz w:val="24"/>
          <w:szCs w:val="24"/>
        </w:rPr>
        <w:br/>
      </w:r>
      <w:r w:rsidR="000174C2"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03A509E7" w14:textId="20E0F3DC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6D79A24E" w14:textId="740E907F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7. What strategies or approaches have helped in the past (even temporarily) to support</w:t>
      </w:r>
      <w:r w:rsidR="007B3B93">
        <w:rPr>
          <w:rFonts w:asciiTheme="majorHAnsi" w:hAnsiTheme="majorHAnsi" w:cstheme="majorHAnsi"/>
          <w:sz w:val="24"/>
          <w:szCs w:val="24"/>
        </w:rPr>
        <w:t xml:space="preserve"> </w:t>
      </w:r>
      <w:r w:rsidRPr="00E1280D">
        <w:rPr>
          <w:rFonts w:asciiTheme="majorHAnsi" w:hAnsiTheme="majorHAnsi" w:cstheme="majorHAnsi"/>
          <w:sz w:val="24"/>
          <w:szCs w:val="24"/>
        </w:rPr>
        <w:t>attendance?</w:t>
      </w:r>
    </w:p>
    <w:p w14:paraId="6D0545DF" w14:textId="77777777" w:rsidR="000174C2" w:rsidRPr="00E1280D" w:rsidRDefault="00E1280D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part-time timetable, calm start, check-ins, trusted adult, visual schedule</w:t>
      </w:r>
      <w:r w:rsidRPr="00E1280D">
        <w:rPr>
          <w:rFonts w:asciiTheme="majorHAnsi" w:hAnsiTheme="majorHAnsi" w:cstheme="majorHAnsi"/>
          <w:sz w:val="24"/>
          <w:szCs w:val="24"/>
        </w:rPr>
        <w:br/>
      </w:r>
      <w:r w:rsidR="000174C2"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6E547DCC" w14:textId="291400B6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3A6AF7DE" w14:textId="77777777" w:rsidR="00E1280D" w:rsidRPr="00E1280D" w:rsidRDefault="00E1280D" w:rsidP="007B3B93">
      <w:pPr>
        <w:pStyle w:val="ListNumber"/>
        <w:numPr>
          <w:ilvl w:val="0"/>
          <w:numId w:val="0"/>
        </w:numPr>
        <w:ind w:left="360" w:hanging="360"/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8. What support do you feel your child (or you</w:t>
      </w:r>
      <w:proofErr w:type="gramStart"/>
      <w:r w:rsidRPr="00E1280D">
        <w:rPr>
          <w:rFonts w:asciiTheme="majorHAnsi" w:hAnsiTheme="majorHAnsi" w:cstheme="majorHAnsi"/>
          <w:sz w:val="24"/>
          <w:szCs w:val="24"/>
        </w:rPr>
        <w:t>) would</w:t>
      </w:r>
      <w:proofErr w:type="gramEnd"/>
      <w:r w:rsidRPr="00E1280D">
        <w:rPr>
          <w:rFonts w:asciiTheme="majorHAnsi" w:hAnsiTheme="majorHAnsi" w:cstheme="majorHAnsi"/>
          <w:sz w:val="24"/>
          <w:szCs w:val="24"/>
        </w:rPr>
        <w:t xml:space="preserve"> benefit from?</w:t>
      </w:r>
    </w:p>
    <w:p w14:paraId="34B3C3C2" w14:textId="47EBEE1A" w:rsidR="00E1280D" w:rsidRPr="00E1280D" w:rsidRDefault="00E1280D" w:rsidP="00E1280D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E.g., counselling, school mentor, changes to timetable, parent support, EHCP assessment</w:t>
      </w:r>
      <w:r w:rsidRPr="00E1280D">
        <w:rPr>
          <w:rFonts w:asciiTheme="majorHAnsi" w:hAnsiTheme="majorHAnsi" w:cstheme="majorHAnsi"/>
          <w:sz w:val="24"/>
          <w:szCs w:val="24"/>
        </w:rPr>
        <w:br/>
        <w:t>________________________________________________________________</w:t>
      </w:r>
    </w:p>
    <w:p w14:paraId="6B76928A" w14:textId="77777777" w:rsidR="000174C2" w:rsidRPr="00E1280D" w:rsidRDefault="000174C2" w:rsidP="000174C2">
      <w:pPr>
        <w:rPr>
          <w:rFonts w:asciiTheme="majorHAnsi" w:hAnsiTheme="majorHAnsi" w:cstheme="majorHAnsi"/>
          <w:sz w:val="24"/>
          <w:szCs w:val="24"/>
        </w:rPr>
      </w:pPr>
      <w:r w:rsidRPr="00E1280D">
        <w:rPr>
          <w:rFonts w:asciiTheme="majorHAnsi" w:hAnsiTheme="majorHAnsi" w:cstheme="majorHAnsi"/>
          <w:sz w:val="24"/>
          <w:szCs w:val="24"/>
        </w:rPr>
        <w:t>________________________________________________________________</w:t>
      </w:r>
    </w:p>
    <w:p w14:paraId="7B90576B" w14:textId="77777777" w:rsidR="000174C2" w:rsidRPr="00E1280D" w:rsidRDefault="000174C2" w:rsidP="00E1280D">
      <w:pPr>
        <w:rPr>
          <w:rFonts w:asciiTheme="majorHAnsi" w:hAnsiTheme="majorHAnsi" w:cstheme="majorHAnsi"/>
          <w:sz w:val="24"/>
          <w:szCs w:val="24"/>
        </w:rPr>
      </w:pPr>
    </w:p>
    <w:sectPr w:rsidR="000174C2" w:rsidRPr="00E1280D" w:rsidSect="00DA2B2B">
      <w:headerReference w:type="default" r:id="rId11"/>
      <w:headerReference w:type="first" r:id="rId12"/>
      <w:pgSz w:w="12240" w:h="15840"/>
      <w:pgMar w:top="993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A7E5D" w14:textId="77777777" w:rsidR="00931C2B" w:rsidRDefault="00931C2B" w:rsidP="00DA2B2B">
      <w:pPr>
        <w:spacing w:after="0" w:line="240" w:lineRule="auto"/>
      </w:pPr>
      <w:r>
        <w:separator/>
      </w:r>
    </w:p>
  </w:endnote>
  <w:endnote w:type="continuationSeparator" w:id="0">
    <w:p w14:paraId="265FCF6B" w14:textId="77777777" w:rsidR="00931C2B" w:rsidRDefault="00931C2B" w:rsidP="00DA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405D" w14:textId="77777777" w:rsidR="00931C2B" w:rsidRDefault="00931C2B" w:rsidP="00DA2B2B">
      <w:pPr>
        <w:spacing w:after="0" w:line="240" w:lineRule="auto"/>
      </w:pPr>
      <w:r>
        <w:separator/>
      </w:r>
    </w:p>
  </w:footnote>
  <w:footnote w:type="continuationSeparator" w:id="0">
    <w:p w14:paraId="5D1B6F1D" w14:textId="77777777" w:rsidR="00931C2B" w:rsidRDefault="00931C2B" w:rsidP="00DA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388A" w14:textId="5FBA493A" w:rsidR="00DA2B2B" w:rsidRDefault="00DA2B2B" w:rsidP="00DA2B2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6331B" w14:textId="08982C16" w:rsidR="00DA2B2B" w:rsidRDefault="00DA2B2B" w:rsidP="00DA2B2B">
    <w:pPr>
      <w:pStyle w:val="Header"/>
      <w:jc w:val="center"/>
    </w:pPr>
    <w:r>
      <w:rPr>
        <w:rFonts w:cstheme="majorHAnsi"/>
        <w:noProof/>
        <w:sz w:val="32"/>
        <w:szCs w:val="32"/>
      </w:rPr>
      <w:drawing>
        <wp:inline distT="0" distB="0" distL="0" distR="0" wp14:anchorId="50DFFEB0" wp14:editId="3C3A96B5">
          <wp:extent cx="1847850" cy="1117112"/>
          <wp:effectExtent l="0" t="0" r="0" b="6985"/>
          <wp:docPr id="871719948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998752" name="Picture 1" descr="A logo of a school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5167" cy="11215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9936384">
    <w:abstractNumId w:val="8"/>
  </w:num>
  <w:num w:numId="2" w16cid:durableId="1526407655">
    <w:abstractNumId w:val="6"/>
  </w:num>
  <w:num w:numId="3" w16cid:durableId="1706369515">
    <w:abstractNumId w:val="5"/>
  </w:num>
  <w:num w:numId="4" w16cid:durableId="862404592">
    <w:abstractNumId w:val="4"/>
  </w:num>
  <w:num w:numId="5" w16cid:durableId="876508664">
    <w:abstractNumId w:val="7"/>
  </w:num>
  <w:num w:numId="6" w16cid:durableId="12615405">
    <w:abstractNumId w:val="3"/>
  </w:num>
  <w:num w:numId="7" w16cid:durableId="1842769646">
    <w:abstractNumId w:val="2"/>
  </w:num>
  <w:num w:numId="8" w16cid:durableId="2122796204">
    <w:abstractNumId w:val="1"/>
  </w:num>
  <w:num w:numId="9" w16cid:durableId="1581595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4C2"/>
    <w:rsid w:val="00034616"/>
    <w:rsid w:val="0006063C"/>
    <w:rsid w:val="00086CC9"/>
    <w:rsid w:val="000F4482"/>
    <w:rsid w:val="0015074B"/>
    <w:rsid w:val="0029639D"/>
    <w:rsid w:val="002E7EBA"/>
    <w:rsid w:val="00326F90"/>
    <w:rsid w:val="006358EB"/>
    <w:rsid w:val="00747341"/>
    <w:rsid w:val="007B3B93"/>
    <w:rsid w:val="00931C2B"/>
    <w:rsid w:val="00AA1D8D"/>
    <w:rsid w:val="00B47730"/>
    <w:rsid w:val="00BC7722"/>
    <w:rsid w:val="00CB0664"/>
    <w:rsid w:val="00DA2B2B"/>
    <w:rsid w:val="00E1280D"/>
    <w:rsid w:val="00F836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6E2520"/>
  <w14:defaultImageDpi w14:val="300"/>
  <w15:docId w15:val="{9E9520B9-6B7D-489A-8EB2-F28A4913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9dd68a-34d4-42ce-8a28-b6854acbbd68">
      <Terms xmlns="http://schemas.microsoft.com/office/infopath/2007/PartnerControls"/>
    </lcf76f155ced4ddcb4097134ff3c332f>
    <TaxCatchAll xmlns="ec90c680-e3c7-42b4-8790-760ed354f0d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AAB8A1E18014083CBE81DBB28EE18" ma:contentTypeVersion="16" ma:contentTypeDescription="Create a new document." ma:contentTypeScope="" ma:versionID="c574b6bd9c3e8c9ec1c39f0054869f67">
  <xsd:schema xmlns:xsd="http://www.w3.org/2001/XMLSchema" xmlns:xs="http://www.w3.org/2001/XMLSchema" xmlns:p="http://schemas.microsoft.com/office/2006/metadata/properties" xmlns:ns2="629dd68a-34d4-42ce-8a28-b6854acbbd68" xmlns:ns3="ec90c680-e3c7-42b4-8790-760ed354f0df" targetNamespace="http://schemas.microsoft.com/office/2006/metadata/properties" ma:root="true" ma:fieldsID="ba013377cdfee43ee2940b5f4a9ebe7a" ns2:_="" ns3:_="">
    <xsd:import namespace="629dd68a-34d4-42ce-8a28-b6854acbbd68"/>
    <xsd:import namespace="ec90c680-e3c7-42b4-8790-760ed354f0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dd68a-34d4-42ce-8a28-b6854acbbd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8a813d2-60e1-4a75-aca8-90f7e7d67c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90c680-e3c7-42b4-8790-760ed354f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550d25c-d9fb-4239-b3e2-7a875036879b}" ma:internalName="TaxCatchAll" ma:showField="CatchAllData" ma:web="ec90c680-e3c7-42b4-8790-760ed354f0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B61762-EA8D-435A-BC84-88F3E6199A0B}">
  <ds:schemaRefs>
    <ds:schemaRef ds:uri="http://schemas.microsoft.com/office/2006/metadata/properties"/>
    <ds:schemaRef ds:uri="http://schemas.microsoft.com/office/infopath/2007/PartnerControls"/>
    <ds:schemaRef ds:uri="629dd68a-34d4-42ce-8a28-b6854acbbd68"/>
    <ds:schemaRef ds:uri="ec90c680-e3c7-42b4-8790-760ed354f0df"/>
  </ds:schemaRefs>
</ds:datastoreItem>
</file>

<file path=customXml/itemProps3.xml><?xml version="1.0" encoding="utf-8"?>
<ds:datastoreItem xmlns:ds="http://schemas.openxmlformats.org/officeDocument/2006/customXml" ds:itemID="{3FA340A9-C7DA-43FD-9D46-4573DCC9AE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3FA2A1-2059-4E76-B5CD-C83161E28C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dd68a-34d4-42ce-8a28-b6854acbbd68"/>
    <ds:schemaRef ds:uri="ec90c680-e3c7-42b4-8790-760ed354f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 Adams</cp:lastModifiedBy>
  <cp:revision>7</cp:revision>
  <cp:lastPrinted>2025-05-13T13:46:00Z</cp:lastPrinted>
  <dcterms:created xsi:type="dcterms:W3CDTF">2025-05-13T13:48:00Z</dcterms:created>
  <dcterms:modified xsi:type="dcterms:W3CDTF">2025-09-05T13:12:00Z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0x010100D25AAB8A1E18014083CBE81DBB28EE18</vt:lpwstr>
  </property>
  <property fmtid="{D5CDD505-2E9C-101B-9397-08002B2CF9AE}" pid="3" name="MediaServiceImageTags">
    <vt:lpwstr/>
  </property>
</Properties>
</file>